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A6131" w14:textId="77777777" w:rsidR="00043C73" w:rsidRDefault="00043C73">
      <w:pPr>
        <w:pStyle w:val="1"/>
        <w:rPr>
          <w:lang w:val="el-GR"/>
        </w:rPr>
      </w:pPr>
    </w:p>
    <w:p w14:paraId="29DB8649" w14:textId="4059C366" w:rsidR="00A94A6A" w:rsidRPr="00043C73" w:rsidRDefault="00000000">
      <w:pPr>
        <w:pStyle w:val="1"/>
        <w:rPr>
          <w:lang w:val="el-GR"/>
        </w:rPr>
      </w:pPr>
      <w:r w:rsidRPr="00043C73">
        <w:rPr>
          <w:lang w:val="el-GR"/>
        </w:rPr>
        <w:t>Άσκηση Αντιστοίχισης Όρων της Πρότασης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29169F8E" w14:textId="77777777">
        <w:tc>
          <w:tcPr>
            <w:tcW w:w="4320" w:type="dxa"/>
          </w:tcPr>
          <w:p w14:paraId="65BB6A58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61EBAB47" w14:textId="16DCE51C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002312AD" w14:textId="77777777">
        <w:tc>
          <w:tcPr>
            <w:tcW w:w="4320" w:type="dxa"/>
          </w:tcPr>
          <w:p w14:paraId="63F3DF7A" w14:textId="77777777" w:rsidR="00A94A6A" w:rsidRDefault="00000000">
            <w:proofErr w:type="spellStart"/>
            <w:r>
              <w:t>Ἀθην</w:t>
            </w:r>
            <w:proofErr w:type="spellEnd"/>
            <w:r>
              <w:t>αῖοι</w:t>
            </w:r>
          </w:p>
        </w:tc>
        <w:tc>
          <w:tcPr>
            <w:tcW w:w="4320" w:type="dxa"/>
          </w:tcPr>
          <w:p w14:paraId="1DD143CF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469F487A" w14:textId="77777777">
        <w:tc>
          <w:tcPr>
            <w:tcW w:w="4320" w:type="dxa"/>
          </w:tcPr>
          <w:p w14:paraId="5C902C58" w14:textId="77777777" w:rsidR="00A94A6A" w:rsidRDefault="00000000">
            <w:proofErr w:type="spellStart"/>
            <w:r>
              <w:t>τὰ</w:t>
            </w:r>
            <w:proofErr w:type="spellEnd"/>
            <w:r>
              <w:t xml:space="preserve"> </w:t>
            </w:r>
            <w:proofErr w:type="spellStart"/>
            <w:r>
              <w:t>ἀν</w:t>
            </w:r>
            <w:proofErr w:type="spellEnd"/>
            <w:r>
              <w:t>αγκαῖα</w:t>
            </w:r>
          </w:p>
        </w:tc>
        <w:tc>
          <w:tcPr>
            <w:tcW w:w="4320" w:type="dxa"/>
          </w:tcPr>
          <w:p w14:paraId="22022056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61574D3F" w14:textId="77777777">
        <w:tc>
          <w:tcPr>
            <w:tcW w:w="4320" w:type="dxa"/>
          </w:tcPr>
          <w:p w14:paraId="67AC43DD" w14:textId="77777777" w:rsidR="00A94A6A" w:rsidRDefault="00000000">
            <w:r>
              <w:t>π</w:t>
            </w:r>
            <w:proofErr w:type="spellStart"/>
            <w:r>
              <w:t>ορίζωντ</w:t>
            </w:r>
            <w:proofErr w:type="spellEnd"/>
            <w:r>
              <w:t>αι</w:t>
            </w:r>
          </w:p>
        </w:tc>
        <w:tc>
          <w:tcPr>
            <w:tcW w:w="4320" w:type="dxa"/>
          </w:tcPr>
          <w:p w14:paraId="56B4636E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6DA2C4E5" w14:textId="77777777">
        <w:tc>
          <w:tcPr>
            <w:tcW w:w="4320" w:type="dxa"/>
          </w:tcPr>
          <w:p w14:paraId="6D3B655E" w14:textId="77777777" w:rsidR="00A94A6A" w:rsidRDefault="00000000">
            <w:proofErr w:type="spellStart"/>
            <w:r>
              <w:t>Τῇ</w:t>
            </w:r>
            <w:proofErr w:type="spellEnd"/>
            <w:r>
              <w:t xml:space="preserve"> </w:t>
            </w:r>
            <w:proofErr w:type="spellStart"/>
            <w:r>
              <w:t>ὀγδόῃ</w:t>
            </w:r>
            <w:proofErr w:type="spellEnd"/>
          </w:p>
        </w:tc>
        <w:tc>
          <w:tcPr>
            <w:tcW w:w="4320" w:type="dxa"/>
          </w:tcPr>
          <w:p w14:paraId="1AACAE2D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18686926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27D87610" w14:textId="77777777">
        <w:tc>
          <w:tcPr>
            <w:tcW w:w="4320" w:type="dxa"/>
          </w:tcPr>
          <w:p w14:paraId="78969644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440FA923" w14:textId="3E061C08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19B94B19" w14:textId="77777777">
        <w:tc>
          <w:tcPr>
            <w:tcW w:w="4320" w:type="dxa"/>
          </w:tcPr>
          <w:p w14:paraId="36360F31" w14:textId="39D15777" w:rsidR="00A94A6A" w:rsidRDefault="00000000">
            <w:proofErr w:type="spellStart"/>
            <w:r>
              <w:t>Γλ</w:t>
            </w:r>
            <w:proofErr w:type="spellEnd"/>
            <w:r>
              <w:t xml:space="preserve">αύκων </w:t>
            </w:r>
          </w:p>
        </w:tc>
        <w:tc>
          <w:tcPr>
            <w:tcW w:w="4320" w:type="dxa"/>
          </w:tcPr>
          <w:p w14:paraId="52F19A4D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44A59BD1" w14:textId="77777777">
        <w:tc>
          <w:tcPr>
            <w:tcW w:w="4320" w:type="dxa"/>
          </w:tcPr>
          <w:p w14:paraId="7482D0BA" w14:textId="77777777" w:rsidR="00A94A6A" w:rsidRDefault="00000000">
            <w:proofErr w:type="spellStart"/>
            <w:r>
              <w:t>ἐγεώργει</w:t>
            </w:r>
            <w:proofErr w:type="spellEnd"/>
          </w:p>
        </w:tc>
        <w:tc>
          <w:tcPr>
            <w:tcW w:w="4320" w:type="dxa"/>
          </w:tcPr>
          <w:p w14:paraId="598E56D2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5FB6B3E0" w14:textId="77777777">
        <w:tc>
          <w:tcPr>
            <w:tcW w:w="4320" w:type="dxa"/>
          </w:tcPr>
          <w:p w14:paraId="20577F7D" w14:textId="2F153949" w:rsidR="00A94A6A" w:rsidRDefault="00043C73">
            <w:r>
              <w:t xml:space="preserve">ὁ </w:t>
            </w:r>
            <w:proofErr w:type="spellStart"/>
            <w:r>
              <w:t>Χολ</w:t>
            </w:r>
            <w:proofErr w:type="spellEnd"/>
            <w:r>
              <w:t>αργεὺς</w:t>
            </w:r>
          </w:p>
        </w:tc>
        <w:tc>
          <w:tcPr>
            <w:tcW w:w="4320" w:type="dxa"/>
          </w:tcPr>
          <w:p w14:paraId="57C29ABA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12E303B7" w14:textId="77777777">
        <w:tc>
          <w:tcPr>
            <w:tcW w:w="4320" w:type="dxa"/>
          </w:tcPr>
          <w:p w14:paraId="7F1F7E33" w14:textId="77777777" w:rsidR="00A94A6A" w:rsidRDefault="00A94A6A"/>
        </w:tc>
        <w:tc>
          <w:tcPr>
            <w:tcW w:w="4320" w:type="dxa"/>
          </w:tcPr>
          <w:p w14:paraId="763964F5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2A124EEF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4ACAF745" w14:textId="77777777">
        <w:tc>
          <w:tcPr>
            <w:tcW w:w="4320" w:type="dxa"/>
          </w:tcPr>
          <w:p w14:paraId="1B6AFD4B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7283F13F" w14:textId="1E83C910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377AA799" w14:textId="77777777">
        <w:tc>
          <w:tcPr>
            <w:tcW w:w="4320" w:type="dxa"/>
          </w:tcPr>
          <w:p w14:paraId="677CF5CB" w14:textId="77777777" w:rsidR="00A94A6A" w:rsidRDefault="00000000">
            <w:proofErr w:type="spellStart"/>
            <w:r>
              <w:t>Οὗτος</w:t>
            </w:r>
            <w:proofErr w:type="spellEnd"/>
          </w:p>
        </w:tc>
        <w:tc>
          <w:tcPr>
            <w:tcW w:w="4320" w:type="dxa"/>
          </w:tcPr>
          <w:p w14:paraId="3FEE63E2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7DAB3A82" w14:textId="77777777">
        <w:tc>
          <w:tcPr>
            <w:tcW w:w="4320" w:type="dxa"/>
          </w:tcPr>
          <w:p w14:paraId="777C71E5" w14:textId="77777777" w:rsidR="00A94A6A" w:rsidRDefault="00000000">
            <w:proofErr w:type="spellStart"/>
            <w:r>
              <w:t>ἐστι</w:t>
            </w:r>
            <w:proofErr w:type="spellEnd"/>
          </w:p>
        </w:tc>
        <w:tc>
          <w:tcPr>
            <w:tcW w:w="4320" w:type="dxa"/>
          </w:tcPr>
          <w:p w14:paraId="7C2A4BCF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07CAF89D" w14:textId="77777777">
        <w:tc>
          <w:tcPr>
            <w:tcW w:w="4320" w:type="dxa"/>
          </w:tcPr>
          <w:p w14:paraId="2CF0863D" w14:textId="77777777" w:rsidR="00A94A6A" w:rsidRDefault="00000000">
            <w:proofErr w:type="spellStart"/>
            <w:r>
              <w:t>φίλος</w:t>
            </w:r>
            <w:proofErr w:type="spellEnd"/>
          </w:p>
        </w:tc>
        <w:tc>
          <w:tcPr>
            <w:tcW w:w="4320" w:type="dxa"/>
          </w:tcPr>
          <w:p w14:paraId="225A9320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0EF76C32" w14:textId="77777777">
        <w:tc>
          <w:tcPr>
            <w:tcW w:w="4320" w:type="dxa"/>
          </w:tcPr>
          <w:p w14:paraId="10B0452D" w14:textId="77777777" w:rsidR="00A94A6A" w:rsidRDefault="00A94A6A"/>
        </w:tc>
        <w:tc>
          <w:tcPr>
            <w:tcW w:w="4320" w:type="dxa"/>
          </w:tcPr>
          <w:p w14:paraId="555A9448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44FE6C11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3DB6EB8C" w14:textId="77777777">
        <w:tc>
          <w:tcPr>
            <w:tcW w:w="4320" w:type="dxa"/>
          </w:tcPr>
          <w:p w14:paraId="6F84A0F7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4E2006EF" w14:textId="65168F54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2F413A05" w14:textId="77777777">
        <w:tc>
          <w:tcPr>
            <w:tcW w:w="4320" w:type="dxa"/>
          </w:tcPr>
          <w:p w14:paraId="2D7722D7" w14:textId="500692BD" w:rsidR="00A94A6A" w:rsidRPr="00043C73" w:rsidRDefault="00000000">
            <w:pPr>
              <w:rPr>
                <w:lang w:val="el-GR"/>
              </w:rPr>
            </w:pPr>
            <w:proofErr w:type="spellStart"/>
            <w:r>
              <w:t>Γλ</w:t>
            </w:r>
            <w:proofErr w:type="spellEnd"/>
            <w:r>
              <w:t xml:space="preserve">αύκων </w:t>
            </w:r>
          </w:p>
        </w:tc>
        <w:tc>
          <w:tcPr>
            <w:tcW w:w="4320" w:type="dxa"/>
          </w:tcPr>
          <w:p w14:paraId="4E8068CC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737777EB" w14:textId="77777777">
        <w:tc>
          <w:tcPr>
            <w:tcW w:w="4320" w:type="dxa"/>
          </w:tcPr>
          <w:p w14:paraId="745B9879" w14:textId="485F8B5B" w:rsidR="00A94A6A" w:rsidRPr="00043C73" w:rsidRDefault="00043C73">
            <w:pPr>
              <w:rPr>
                <w:lang w:val="el-GR"/>
              </w:rPr>
            </w:pPr>
            <w:r>
              <w:t xml:space="preserve">ὁ </w:t>
            </w:r>
            <w:proofErr w:type="spellStart"/>
            <w:r>
              <w:t>Χολ</w:t>
            </w:r>
            <w:proofErr w:type="spellEnd"/>
            <w:r>
              <w:t>αργεὺς</w:t>
            </w:r>
          </w:p>
        </w:tc>
        <w:tc>
          <w:tcPr>
            <w:tcW w:w="4320" w:type="dxa"/>
          </w:tcPr>
          <w:p w14:paraId="78F53ECF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4B1841A7" w14:textId="77777777">
        <w:tc>
          <w:tcPr>
            <w:tcW w:w="4320" w:type="dxa"/>
          </w:tcPr>
          <w:p w14:paraId="494061CA" w14:textId="77777777" w:rsidR="00A94A6A" w:rsidRDefault="00000000">
            <w:proofErr w:type="spellStart"/>
            <w:r>
              <w:t>ἔτρεφε</w:t>
            </w:r>
            <w:proofErr w:type="spellEnd"/>
          </w:p>
        </w:tc>
        <w:tc>
          <w:tcPr>
            <w:tcW w:w="4320" w:type="dxa"/>
          </w:tcPr>
          <w:p w14:paraId="45F4601E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623A476B" w14:textId="77777777">
        <w:tc>
          <w:tcPr>
            <w:tcW w:w="4320" w:type="dxa"/>
          </w:tcPr>
          <w:p w14:paraId="7C9B8CF0" w14:textId="1471EDE4" w:rsidR="00A94A6A" w:rsidRDefault="00043C73">
            <w:r>
              <w:t>β</w:t>
            </w:r>
            <w:proofErr w:type="spellStart"/>
            <w:r>
              <w:t>οῦς</w:t>
            </w:r>
            <w:proofErr w:type="spellEnd"/>
          </w:p>
        </w:tc>
        <w:tc>
          <w:tcPr>
            <w:tcW w:w="4320" w:type="dxa"/>
          </w:tcPr>
          <w:p w14:paraId="767ADB41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70D2C8FB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078A99B5" w14:textId="77777777">
        <w:tc>
          <w:tcPr>
            <w:tcW w:w="4320" w:type="dxa"/>
          </w:tcPr>
          <w:p w14:paraId="617541B6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6A66DF1F" w14:textId="74E4C1D3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33DAC5FB" w14:textId="77777777">
        <w:tc>
          <w:tcPr>
            <w:tcW w:w="4320" w:type="dxa"/>
          </w:tcPr>
          <w:p w14:paraId="6B376861" w14:textId="77777777" w:rsidR="00A94A6A" w:rsidRDefault="00000000">
            <w:proofErr w:type="spellStart"/>
            <w:r>
              <w:t>Οὐκ</w:t>
            </w:r>
            <w:proofErr w:type="spellEnd"/>
            <w:r>
              <w:t xml:space="preserve"> </w:t>
            </w:r>
            <w:proofErr w:type="spellStart"/>
            <w:r>
              <w:t>ὀλίγοι</w:t>
            </w:r>
            <w:proofErr w:type="spellEnd"/>
          </w:p>
        </w:tc>
        <w:tc>
          <w:tcPr>
            <w:tcW w:w="4320" w:type="dxa"/>
          </w:tcPr>
          <w:p w14:paraId="47AC30D9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34194D84" w14:textId="77777777">
        <w:tc>
          <w:tcPr>
            <w:tcW w:w="4320" w:type="dxa"/>
          </w:tcPr>
          <w:p w14:paraId="6AE9FD28" w14:textId="77777777" w:rsidR="00A94A6A" w:rsidRDefault="00000000">
            <w:proofErr w:type="spellStart"/>
            <w:r>
              <w:t>τέχνην</w:t>
            </w:r>
            <w:proofErr w:type="spellEnd"/>
          </w:p>
        </w:tc>
        <w:tc>
          <w:tcPr>
            <w:tcW w:w="4320" w:type="dxa"/>
          </w:tcPr>
          <w:p w14:paraId="2DA1D29B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315E3554" w14:textId="77777777">
        <w:tc>
          <w:tcPr>
            <w:tcW w:w="4320" w:type="dxa"/>
          </w:tcPr>
          <w:p w14:paraId="49BF8630" w14:textId="77777777" w:rsidR="00A94A6A" w:rsidRDefault="00000000">
            <w:proofErr w:type="spellStart"/>
            <w:r>
              <w:t>ἐξεμάνθ</w:t>
            </w:r>
            <w:proofErr w:type="spellEnd"/>
            <w:r>
              <w:t>ανον</w:t>
            </w:r>
          </w:p>
        </w:tc>
        <w:tc>
          <w:tcPr>
            <w:tcW w:w="4320" w:type="dxa"/>
          </w:tcPr>
          <w:p w14:paraId="538BB2FB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548B77AB" w14:textId="77777777">
        <w:tc>
          <w:tcPr>
            <w:tcW w:w="4320" w:type="dxa"/>
          </w:tcPr>
          <w:p w14:paraId="0630B1CF" w14:textId="77777777" w:rsidR="00A94A6A" w:rsidRDefault="00A94A6A"/>
        </w:tc>
        <w:tc>
          <w:tcPr>
            <w:tcW w:w="4320" w:type="dxa"/>
          </w:tcPr>
          <w:p w14:paraId="152200F5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057AAB99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6171CB0F" w14:textId="77777777">
        <w:tc>
          <w:tcPr>
            <w:tcW w:w="4320" w:type="dxa"/>
          </w:tcPr>
          <w:p w14:paraId="4E15C334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33EE8BB1" w14:textId="43FDC626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5A82C0F6" w14:textId="77777777">
        <w:tc>
          <w:tcPr>
            <w:tcW w:w="4320" w:type="dxa"/>
          </w:tcPr>
          <w:p w14:paraId="6587DC68" w14:textId="77777777" w:rsidR="00A94A6A" w:rsidRDefault="00000000">
            <w:proofErr w:type="spellStart"/>
            <w:r>
              <w:t>Τῇ</w:t>
            </w:r>
            <w:proofErr w:type="spellEnd"/>
            <w:r>
              <w:t xml:space="preserve"> </w:t>
            </w:r>
            <w:proofErr w:type="spellStart"/>
            <w:r>
              <w:t>ὀγδόῃ</w:t>
            </w:r>
            <w:proofErr w:type="spellEnd"/>
          </w:p>
        </w:tc>
        <w:tc>
          <w:tcPr>
            <w:tcW w:w="4320" w:type="dxa"/>
          </w:tcPr>
          <w:p w14:paraId="281F7972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7939E95D" w14:textId="77777777">
        <w:tc>
          <w:tcPr>
            <w:tcW w:w="4320" w:type="dxa"/>
          </w:tcPr>
          <w:p w14:paraId="65318032" w14:textId="77777777" w:rsidR="00A94A6A" w:rsidRDefault="00000000">
            <w:r>
              <w:t>κα</w:t>
            </w:r>
            <w:proofErr w:type="spellStart"/>
            <w:r>
              <w:t>θορῶμεν</w:t>
            </w:r>
            <w:proofErr w:type="spellEnd"/>
          </w:p>
        </w:tc>
        <w:tc>
          <w:tcPr>
            <w:tcW w:w="4320" w:type="dxa"/>
          </w:tcPr>
          <w:p w14:paraId="370FEE68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4AA799D8" w14:textId="77777777">
        <w:tc>
          <w:tcPr>
            <w:tcW w:w="4320" w:type="dxa"/>
          </w:tcPr>
          <w:p w14:paraId="3DBA8FF8" w14:textId="6D6FE0D7" w:rsidR="00A94A6A" w:rsidRDefault="00000000">
            <w:proofErr w:type="spellStart"/>
            <w:r>
              <w:t>ἀνθρώ</w:t>
            </w:r>
            <w:proofErr w:type="spellEnd"/>
            <w:r>
              <w:t xml:space="preserve">πους </w:t>
            </w:r>
          </w:p>
        </w:tc>
        <w:tc>
          <w:tcPr>
            <w:tcW w:w="4320" w:type="dxa"/>
          </w:tcPr>
          <w:p w14:paraId="3931E83F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16B42C80" w14:textId="77777777">
        <w:tc>
          <w:tcPr>
            <w:tcW w:w="4320" w:type="dxa"/>
          </w:tcPr>
          <w:p w14:paraId="1AC5CEF5" w14:textId="781196E2" w:rsidR="00A94A6A" w:rsidRDefault="00043C73">
            <w:r>
              <w:t>π</w:t>
            </w:r>
            <w:proofErr w:type="spellStart"/>
            <w:r>
              <w:t>ολλοὺς</w:t>
            </w:r>
            <w:proofErr w:type="spellEnd"/>
          </w:p>
        </w:tc>
        <w:tc>
          <w:tcPr>
            <w:tcW w:w="4320" w:type="dxa"/>
          </w:tcPr>
          <w:p w14:paraId="31A15E87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191BDA9B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31C7C85C" w14:textId="77777777">
        <w:tc>
          <w:tcPr>
            <w:tcW w:w="4320" w:type="dxa"/>
          </w:tcPr>
          <w:p w14:paraId="5C9E374F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3CBCCB15" w14:textId="07F6BA81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2C230EB6" w14:textId="77777777">
        <w:tc>
          <w:tcPr>
            <w:tcW w:w="4320" w:type="dxa"/>
          </w:tcPr>
          <w:p w14:paraId="585E4232" w14:textId="77777777" w:rsidR="00A94A6A" w:rsidRDefault="00000000">
            <w:r>
              <w:t>Κα</w:t>
            </w:r>
            <w:proofErr w:type="spellStart"/>
            <w:r>
              <w:t>λοῦντ</w:t>
            </w:r>
            <w:proofErr w:type="spellEnd"/>
            <w:r>
              <w:t>αι</w:t>
            </w:r>
          </w:p>
        </w:tc>
        <w:tc>
          <w:tcPr>
            <w:tcW w:w="4320" w:type="dxa"/>
          </w:tcPr>
          <w:p w14:paraId="331E4AA9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5E21365A" w14:textId="77777777">
        <w:tc>
          <w:tcPr>
            <w:tcW w:w="4320" w:type="dxa"/>
          </w:tcPr>
          <w:p w14:paraId="57F8235F" w14:textId="77777777" w:rsidR="00A94A6A" w:rsidRDefault="00000000">
            <w:proofErr w:type="spellStart"/>
            <w:r>
              <w:t>Φελλό</w:t>
            </w:r>
            <w:proofErr w:type="spellEnd"/>
            <w:r>
              <w:t>ποδες</w:t>
            </w:r>
          </w:p>
        </w:tc>
        <w:tc>
          <w:tcPr>
            <w:tcW w:w="4320" w:type="dxa"/>
          </w:tcPr>
          <w:p w14:paraId="6571E9BF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543B0406" w14:textId="77777777">
        <w:tc>
          <w:tcPr>
            <w:tcW w:w="4320" w:type="dxa"/>
          </w:tcPr>
          <w:p w14:paraId="3B2EFF1A" w14:textId="77777777" w:rsidR="00A94A6A" w:rsidRDefault="00A94A6A"/>
        </w:tc>
        <w:tc>
          <w:tcPr>
            <w:tcW w:w="4320" w:type="dxa"/>
          </w:tcPr>
          <w:p w14:paraId="14FD4B36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01D9CDA6" w14:textId="77777777">
        <w:tc>
          <w:tcPr>
            <w:tcW w:w="4320" w:type="dxa"/>
          </w:tcPr>
          <w:p w14:paraId="771636DD" w14:textId="77777777" w:rsidR="00A94A6A" w:rsidRDefault="00A94A6A"/>
        </w:tc>
        <w:tc>
          <w:tcPr>
            <w:tcW w:w="4320" w:type="dxa"/>
          </w:tcPr>
          <w:p w14:paraId="2A43B093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1BB30F68" w14:textId="77777777" w:rsidR="00A94A6A" w:rsidRDefault="00A94A6A">
      <w:pPr>
        <w:rPr>
          <w:lang w:val="el-GR"/>
        </w:rPr>
      </w:pPr>
    </w:p>
    <w:p w14:paraId="17CE9A0E" w14:textId="77777777" w:rsidR="00043C73" w:rsidRDefault="00043C73">
      <w:pPr>
        <w:rPr>
          <w:lang w:val="el-GR"/>
        </w:rPr>
      </w:pPr>
    </w:p>
    <w:p w14:paraId="44AFDE13" w14:textId="77777777" w:rsidR="00043C73" w:rsidRPr="00043C73" w:rsidRDefault="00043C73">
      <w:pPr>
        <w:rPr>
          <w:lang w:val="el-GR"/>
        </w:rPr>
      </w:pP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22622AE7" w14:textId="77777777">
        <w:tc>
          <w:tcPr>
            <w:tcW w:w="4320" w:type="dxa"/>
          </w:tcPr>
          <w:p w14:paraId="3F62C1CE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4AB1CF15" w14:textId="64615400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25525377" w14:textId="77777777">
        <w:tc>
          <w:tcPr>
            <w:tcW w:w="4320" w:type="dxa"/>
          </w:tcPr>
          <w:p w14:paraId="2B14A454" w14:textId="77777777" w:rsidR="00A94A6A" w:rsidRDefault="00000000">
            <w:proofErr w:type="spellStart"/>
            <w:r>
              <w:t>Οἱ</w:t>
            </w:r>
            <w:proofErr w:type="spellEnd"/>
            <w:r>
              <w:t xml:space="preserve"> </w:t>
            </w:r>
            <w:proofErr w:type="spellStart"/>
            <w:r>
              <w:t>δὲ</w:t>
            </w:r>
            <w:proofErr w:type="spellEnd"/>
          </w:p>
        </w:tc>
        <w:tc>
          <w:tcPr>
            <w:tcW w:w="4320" w:type="dxa"/>
          </w:tcPr>
          <w:p w14:paraId="51F0FE23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1993A65E" w14:textId="77777777">
        <w:tc>
          <w:tcPr>
            <w:tcW w:w="4320" w:type="dxa"/>
          </w:tcPr>
          <w:p w14:paraId="6258D265" w14:textId="77777777" w:rsidR="00A94A6A" w:rsidRDefault="00000000">
            <w:r>
              <w:t>π</w:t>
            </w:r>
            <w:proofErr w:type="spellStart"/>
            <w:r>
              <w:t>ροσέρχοντ</w:t>
            </w:r>
            <w:proofErr w:type="spellEnd"/>
            <w:r>
              <w:t>αι</w:t>
            </w:r>
          </w:p>
        </w:tc>
        <w:tc>
          <w:tcPr>
            <w:tcW w:w="4320" w:type="dxa"/>
          </w:tcPr>
          <w:p w14:paraId="048C688D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5D788D40" w14:textId="77777777">
        <w:tc>
          <w:tcPr>
            <w:tcW w:w="4320" w:type="dxa"/>
          </w:tcPr>
          <w:p w14:paraId="50622004" w14:textId="77777777" w:rsidR="00A94A6A" w:rsidRDefault="00A94A6A"/>
        </w:tc>
        <w:tc>
          <w:tcPr>
            <w:tcW w:w="4320" w:type="dxa"/>
          </w:tcPr>
          <w:p w14:paraId="5F731850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2D0299BA" w14:textId="77777777">
        <w:tc>
          <w:tcPr>
            <w:tcW w:w="4320" w:type="dxa"/>
          </w:tcPr>
          <w:p w14:paraId="74CFC86F" w14:textId="77777777" w:rsidR="00A94A6A" w:rsidRDefault="00A94A6A"/>
        </w:tc>
        <w:tc>
          <w:tcPr>
            <w:tcW w:w="4320" w:type="dxa"/>
          </w:tcPr>
          <w:p w14:paraId="624931A6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57D0480A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3EB52A6B" w14:textId="77777777">
        <w:tc>
          <w:tcPr>
            <w:tcW w:w="4320" w:type="dxa"/>
          </w:tcPr>
          <w:p w14:paraId="6C688ECF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023B799D" w14:textId="31C9ECC2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0CFBABAC" w14:textId="77777777">
        <w:tc>
          <w:tcPr>
            <w:tcW w:w="4320" w:type="dxa"/>
          </w:tcPr>
          <w:p w14:paraId="47290F0F" w14:textId="77777777" w:rsidR="00A94A6A" w:rsidRDefault="00000000">
            <w:proofErr w:type="spellStart"/>
            <w:r>
              <w:t>Οἱ</w:t>
            </w:r>
            <w:proofErr w:type="spellEnd"/>
            <w:r>
              <w:t xml:space="preserve"> </w:t>
            </w:r>
            <w:proofErr w:type="spellStart"/>
            <w:r>
              <w:t>δὲ</w:t>
            </w:r>
            <w:proofErr w:type="spellEnd"/>
          </w:p>
        </w:tc>
        <w:tc>
          <w:tcPr>
            <w:tcW w:w="4320" w:type="dxa"/>
          </w:tcPr>
          <w:p w14:paraId="0D33882C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568D57D1" w14:textId="77777777">
        <w:tc>
          <w:tcPr>
            <w:tcW w:w="4320" w:type="dxa"/>
          </w:tcPr>
          <w:p w14:paraId="2DF594FE" w14:textId="77777777" w:rsidR="00A94A6A" w:rsidRDefault="00000000">
            <w:proofErr w:type="spellStart"/>
            <w:r>
              <w:t>ἀσ</w:t>
            </w:r>
            <w:proofErr w:type="spellEnd"/>
            <w:r>
              <w:t>πάζονται</w:t>
            </w:r>
          </w:p>
        </w:tc>
        <w:tc>
          <w:tcPr>
            <w:tcW w:w="4320" w:type="dxa"/>
          </w:tcPr>
          <w:p w14:paraId="41618DE5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36175EB5" w14:textId="77777777">
        <w:tc>
          <w:tcPr>
            <w:tcW w:w="4320" w:type="dxa"/>
          </w:tcPr>
          <w:p w14:paraId="076ECDA9" w14:textId="77777777" w:rsidR="00A94A6A" w:rsidRDefault="00000000">
            <w:proofErr w:type="spellStart"/>
            <w:r>
              <w:t>ἡμᾶς</w:t>
            </w:r>
            <w:proofErr w:type="spellEnd"/>
          </w:p>
        </w:tc>
        <w:tc>
          <w:tcPr>
            <w:tcW w:w="4320" w:type="dxa"/>
          </w:tcPr>
          <w:p w14:paraId="40D492FA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7AD9F3D9" w14:textId="77777777">
        <w:tc>
          <w:tcPr>
            <w:tcW w:w="4320" w:type="dxa"/>
          </w:tcPr>
          <w:p w14:paraId="39991015" w14:textId="77777777" w:rsidR="00A94A6A" w:rsidRDefault="00A94A6A"/>
        </w:tc>
        <w:tc>
          <w:tcPr>
            <w:tcW w:w="4320" w:type="dxa"/>
          </w:tcPr>
          <w:p w14:paraId="400AD6A9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166CBF99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27E9A802" w14:textId="77777777">
        <w:tc>
          <w:tcPr>
            <w:tcW w:w="4320" w:type="dxa"/>
          </w:tcPr>
          <w:p w14:paraId="64FF1C7C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29F49AF6" w14:textId="6DB82469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67D8EE64" w14:textId="77777777">
        <w:tc>
          <w:tcPr>
            <w:tcW w:w="4320" w:type="dxa"/>
          </w:tcPr>
          <w:p w14:paraId="49DF29FF" w14:textId="7665D6B6" w:rsidR="00A94A6A" w:rsidRDefault="00000000">
            <w:proofErr w:type="spellStart"/>
            <w:r>
              <w:t>Αἱ</w:t>
            </w:r>
            <w:proofErr w:type="spellEnd"/>
            <w:r>
              <w:t xml:space="preserve"> </w:t>
            </w:r>
            <w:proofErr w:type="spellStart"/>
            <w:r>
              <w:t>χηλ</w:t>
            </w:r>
            <w:proofErr w:type="spellEnd"/>
            <w:r>
              <w:t xml:space="preserve">αὶ </w:t>
            </w:r>
          </w:p>
        </w:tc>
        <w:tc>
          <w:tcPr>
            <w:tcW w:w="4320" w:type="dxa"/>
          </w:tcPr>
          <w:p w14:paraId="115AEA3D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5E5C9BF3" w14:textId="77777777">
        <w:tc>
          <w:tcPr>
            <w:tcW w:w="4320" w:type="dxa"/>
          </w:tcPr>
          <w:p w14:paraId="083E5011" w14:textId="3BEAF8DB" w:rsidR="00A94A6A" w:rsidRDefault="00043C73">
            <w:proofErr w:type="spellStart"/>
            <w:r>
              <w:t>τοῦ</w:t>
            </w:r>
            <w:proofErr w:type="spellEnd"/>
            <w:r>
              <w:t xml:space="preserve"> κα</w:t>
            </w:r>
            <w:proofErr w:type="spellStart"/>
            <w:r>
              <w:t>ρκίνου</w:t>
            </w:r>
            <w:proofErr w:type="spellEnd"/>
          </w:p>
        </w:tc>
        <w:tc>
          <w:tcPr>
            <w:tcW w:w="4320" w:type="dxa"/>
          </w:tcPr>
          <w:p w14:paraId="59925891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23F7A3F3" w14:textId="77777777">
        <w:tc>
          <w:tcPr>
            <w:tcW w:w="4320" w:type="dxa"/>
          </w:tcPr>
          <w:p w14:paraId="21D79AFC" w14:textId="2A01E92D" w:rsidR="00A94A6A" w:rsidRDefault="00043C73">
            <w:r>
              <w:t>ἄπρα</w:t>
            </w:r>
            <w:proofErr w:type="spellStart"/>
            <w:r>
              <w:t>κτοί</w:t>
            </w:r>
            <w:proofErr w:type="spellEnd"/>
          </w:p>
        </w:tc>
        <w:tc>
          <w:tcPr>
            <w:tcW w:w="4320" w:type="dxa"/>
          </w:tcPr>
          <w:p w14:paraId="676189FD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504EA0F4" w14:textId="77777777">
        <w:tc>
          <w:tcPr>
            <w:tcW w:w="4320" w:type="dxa"/>
          </w:tcPr>
          <w:p w14:paraId="6E597079" w14:textId="3F333503" w:rsidR="00A94A6A" w:rsidRDefault="00043C73">
            <w:proofErr w:type="spellStart"/>
            <w:r>
              <w:t>εἰσιν</w:t>
            </w:r>
            <w:proofErr w:type="spellEnd"/>
          </w:p>
        </w:tc>
        <w:tc>
          <w:tcPr>
            <w:tcW w:w="4320" w:type="dxa"/>
          </w:tcPr>
          <w:p w14:paraId="783CD1EE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73819677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42FDE830" w14:textId="77777777">
        <w:tc>
          <w:tcPr>
            <w:tcW w:w="4320" w:type="dxa"/>
          </w:tcPr>
          <w:p w14:paraId="4D764DAA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4E8E451A" w14:textId="2A8F8F9E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241E45B6" w14:textId="77777777">
        <w:tc>
          <w:tcPr>
            <w:tcW w:w="4320" w:type="dxa"/>
          </w:tcPr>
          <w:p w14:paraId="21C148F0" w14:textId="77777777" w:rsidR="00A94A6A" w:rsidRDefault="00000000">
            <w:proofErr w:type="spellStart"/>
            <w:r>
              <w:t>Τινὲς</w:t>
            </w:r>
            <w:proofErr w:type="spellEnd"/>
          </w:p>
        </w:tc>
        <w:tc>
          <w:tcPr>
            <w:tcW w:w="4320" w:type="dxa"/>
          </w:tcPr>
          <w:p w14:paraId="0F17EE51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30A020A6" w14:textId="77777777">
        <w:tc>
          <w:tcPr>
            <w:tcW w:w="4320" w:type="dxa"/>
          </w:tcPr>
          <w:p w14:paraId="38651802" w14:textId="77777777" w:rsidR="00A94A6A" w:rsidRDefault="00000000">
            <w:r>
              <w:t>ἐπ</w:t>
            </w:r>
            <w:proofErr w:type="spellStart"/>
            <w:r>
              <w:t>ῄνουν</w:t>
            </w:r>
            <w:proofErr w:type="spellEnd"/>
          </w:p>
        </w:tc>
        <w:tc>
          <w:tcPr>
            <w:tcW w:w="4320" w:type="dxa"/>
          </w:tcPr>
          <w:p w14:paraId="1956C3BE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317F2BFA" w14:textId="77777777">
        <w:tc>
          <w:tcPr>
            <w:tcW w:w="4320" w:type="dxa"/>
          </w:tcPr>
          <w:p w14:paraId="0A1144DE" w14:textId="77777777" w:rsidR="00A94A6A" w:rsidRDefault="00000000">
            <w:proofErr w:type="spellStart"/>
            <w:r>
              <w:t>τὴν</w:t>
            </w:r>
            <w:proofErr w:type="spellEnd"/>
            <w:r>
              <w:t xml:space="preserve"> ὑπ</w:t>
            </w:r>
            <w:proofErr w:type="spellStart"/>
            <w:r>
              <w:t>ερ</w:t>
            </w:r>
            <w:proofErr w:type="spellEnd"/>
            <w:r>
              <w:t>βολὴν</w:t>
            </w:r>
          </w:p>
        </w:tc>
        <w:tc>
          <w:tcPr>
            <w:tcW w:w="4320" w:type="dxa"/>
          </w:tcPr>
          <w:p w14:paraId="538BB3D7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46535BE7" w14:textId="77777777">
        <w:tc>
          <w:tcPr>
            <w:tcW w:w="4320" w:type="dxa"/>
          </w:tcPr>
          <w:p w14:paraId="76C6ECBC" w14:textId="77777777" w:rsidR="00A94A6A" w:rsidRDefault="00A94A6A"/>
        </w:tc>
        <w:tc>
          <w:tcPr>
            <w:tcW w:w="4320" w:type="dxa"/>
          </w:tcPr>
          <w:p w14:paraId="4874DD1C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06F999DE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5D3E5118" w14:textId="77777777">
        <w:tc>
          <w:tcPr>
            <w:tcW w:w="4320" w:type="dxa"/>
          </w:tcPr>
          <w:p w14:paraId="3090912C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351E0F50" w14:textId="7A143A53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4C243894" w14:textId="77777777">
        <w:tc>
          <w:tcPr>
            <w:tcW w:w="4320" w:type="dxa"/>
          </w:tcPr>
          <w:p w14:paraId="3AB9E82D" w14:textId="77777777" w:rsidR="00A94A6A" w:rsidRDefault="00000000">
            <w:proofErr w:type="spellStart"/>
            <w:r>
              <w:t>Ἔλ</w:t>
            </w:r>
            <w:proofErr w:type="spellEnd"/>
            <w:r>
              <w:t>αφος</w:t>
            </w:r>
          </w:p>
        </w:tc>
        <w:tc>
          <w:tcPr>
            <w:tcW w:w="4320" w:type="dxa"/>
          </w:tcPr>
          <w:p w14:paraId="090CD3C1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03BEFEA3" w14:textId="77777777">
        <w:tc>
          <w:tcPr>
            <w:tcW w:w="4320" w:type="dxa"/>
          </w:tcPr>
          <w:p w14:paraId="249B58B7" w14:textId="77777777" w:rsidR="00A94A6A" w:rsidRDefault="00000000">
            <w:r>
              <w:t>π</w:t>
            </w:r>
            <w:proofErr w:type="spellStart"/>
            <w:r>
              <w:t>ροσεῖχεν</w:t>
            </w:r>
            <w:proofErr w:type="spellEnd"/>
          </w:p>
        </w:tc>
        <w:tc>
          <w:tcPr>
            <w:tcW w:w="4320" w:type="dxa"/>
          </w:tcPr>
          <w:p w14:paraId="76A71AE0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1B49AA00" w14:textId="77777777">
        <w:tc>
          <w:tcPr>
            <w:tcW w:w="4320" w:type="dxa"/>
          </w:tcPr>
          <w:p w14:paraId="513B5F0C" w14:textId="3B2A3DD5" w:rsidR="00A94A6A" w:rsidRDefault="00000000">
            <w:proofErr w:type="spellStart"/>
            <w:r>
              <w:t>τῇ</w:t>
            </w:r>
            <w:proofErr w:type="spellEnd"/>
            <w:r>
              <w:t xml:space="preserve"> </w:t>
            </w:r>
            <w:proofErr w:type="spellStart"/>
            <w:r>
              <w:t>ἰδέᾳ</w:t>
            </w:r>
            <w:proofErr w:type="spellEnd"/>
            <w:r>
              <w:t xml:space="preserve"> </w:t>
            </w:r>
          </w:p>
        </w:tc>
        <w:tc>
          <w:tcPr>
            <w:tcW w:w="4320" w:type="dxa"/>
          </w:tcPr>
          <w:p w14:paraId="6DBA3329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0399C475" w14:textId="77777777">
        <w:tc>
          <w:tcPr>
            <w:tcW w:w="4320" w:type="dxa"/>
          </w:tcPr>
          <w:p w14:paraId="740B9072" w14:textId="5E92DBDC" w:rsidR="00A94A6A" w:rsidRDefault="00043C73">
            <w:proofErr w:type="spellStart"/>
            <w:r>
              <w:t>τοῦ</w:t>
            </w:r>
            <w:proofErr w:type="spellEnd"/>
            <w:r>
              <w:t xml:space="preserve"> </w:t>
            </w:r>
            <w:proofErr w:type="spellStart"/>
            <w:r>
              <w:t>σώμ</w:t>
            </w:r>
            <w:proofErr w:type="spellEnd"/>
            <w:r>
              <w:t>ατος</w:t>
            </w:r>
          </w:p>
        </w:tc>
        <w:tc>
          <w:tcPr>
            <w:tcW w:w="4320" w:type="dxa"/>
          </w:tcPr>
          <w:p w14:paraId="7AB16C6E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3D125FCC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3682D7B5" w14:textId="77777777">
        <w:tc>
          <w:tcPr>
            <w:tcW w:w="4320" w:type="dxa"/>
          </w:tcPr>
          <w:p w14:paraId="04F1DDCB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4DD66F90" w14:textId="44EE79F2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7580C664" w14:textId="77777777">
        <w:tc>
          <w:tcPr>
            <w:tcW w:w="4320" w:type="dxa"/>
          </w:tcPr>
          <w:p w14:paraId="5499FFE9" w14:textId="77777777" w:rsidR="00A94A6A" w:rsidRDefault="00000000">
            <w:proofErr w:type="spellStart"/>
            <w:r>
              <w:t>Ἔλ</w:t>
            </w:r>
            <w:proofErr w:type="spellEnd"/>
            <w:r>
              <w:t>αφος</w:t>
            </w:r>
          </w:p>
        </w:tc>
        <w:tc>
          <w:tcPr>
            <w:tcW w:w="4320" w:type="dxa"/>
          </w:tcPr>
          <w:p w14:paraId="32FB8096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6030838B" w14:textId="77777777">
        <w:tc>
          <w:tcPr>
            <w:tcW w:w="4320" w:type="dxa"/>
          </w:tcPr>
          <w:p w14:paraId="6847EA9A" w14:textId="77777777" w:rsidR="00A94A6A" w:rsidRDefault="00000000">
            <w:r>
              <w:t>ἐπ</w:t>
            </w:r>
            <w:proofErr w:type="spellStart"/>
            <w:r>
              <w:t>ῄνει</w:t>
            </w:r>
            <w:proofErr w:type="spellEnd"/>
          </w:p>
        </w:tc>
        <w:tc>
          <w:tcPr>
            <w:tcW w:w="4320" w:type="dxa"/>
          </w:tcPr>
          <w:p w14:paraId="2A0014F3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710237D1" w14:textId="77777777">
        <w:tc>
          <w:tcPr>
            <w:tcW w:w="4320" w:type="dxa"/>
          </w:tcPr>
          <w:p w14:paraId="40336076" w14:textId="54E423FE" w:rsidR="00A94A6A" w:rsidRDefault="00000000">
            <w:proofErr w:type="spellStart"/>
            <w:r>
              <w:t>τὴν</w:t>
            </w:r>
            <w:proofErr w:type="spellEnd"/>
            <w:r>
              <w:t xml:space="preserve"> </w:t>
            </w:r>
            <w:proofErr w:type="spellStart"/>
            <w:r>
              <w:t>φύσιν</w:t>
            </w:r>
            <w:proofErr w:type="spellEnd"/>
            <w:r>
              <w:t xml:space="preserve"> </w:t>
            </w:r>
          </w:p>
        </w:tc>
        <w:tc>
          <w:tcPr>
            <w:tcW w:w="4320" w:type="dxa"/>
          </w:tcPr>
          <w:p w14:paraId="0E08571A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4AD2A992" w14:textId="77777777">
        <w:tc>
          <w:tcPr>
            <w:tcW w:w="4320" w:type="dxa"/>
          </w:tcPr>
          <w:p w14:paraId="7D242FAE" w14:textId="4F45A2D6" w:rsidR="00A94A6A" w:rsidRDefault="00043C73">
            <w:proofErr w:type="spellStart"/>
            <w:r>
              <w:t>τῶν</w:t>
            </w:r>
            <w:proofErr w:type="spellEnd"/>
            <w:r>
              <w:t xml:space="preserve"> </w:t>
            </w:r>
            <w:proofErr w:type="spellStart"/>
            <w:r>
              <w:t>κεράτων</w:t>
            </w:r>
            <w:proofErr w:type="spellEnd"/>
          </w:p>
        </w:tc>
        <w:tc>
          <w:tcPr>
            <w:tcW w:w="4320" w:type="dxa"/>
          </w:tcPr>
          <w:p w14:paraId="70460FA2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0EC0194A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690D1139" w14:textId="77777777">
        <w:tc>
          <w:tcPr>
            <w:tcW w:w="4320" w:type="dxa"/>
          </w:tcPr>
          <w:p w14:paraId="7A96D7CA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07E14B29" w14:textId="3C993F82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468C37D4" w14:textId="77777777">
        <w:tc>
          <w:tcPr>
            <w:tcW w:w="4320" w:type="dxa"/>
          </w:tcPr>
          <w:p w14:paraId="355AB3CA" w14:textId="632D7D77" w:rsidR="00A94A6A" w:rsidRDefault="00000000">
            <w:proofErr w:type="spellStart"/>
            <w:r>
              <w:t>Ἔψεγεν</w:t>
            </w:r>
            <w:proofErr w:type="spellEnd"/>
            <w:r>
              <w:t xml:space="preserve"> </w:t>
            </w:r>
          </w:p>
        </w:tc>
        <w:tc>
          <w:tcPr>
            <w:tcW w:w="4320" w:type="dxa"/>
          </w:tcPr>
          <w:p w14:paraId="73B01E6D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5959C7A3" w14:textId="77777777">
        <w:tc>
          <w:tcPr>
            <w:tcW w:w="4320" w:type="dxa"/>
          </w:tcPr>
          <w:p w14:paraId="0C46A027" w14:textId="0B9BA35D" w:rsidR="00A94A6A" w:rsidRDefault="00000000">
            <w:proofErr w:type="spellStart"/>
            <w:r>
              <w:t>τὴν</w:t>
            </w:r>
            <w:proofErr w:type="spellEnd"/>
            <w:r>
              <w:t xml:space="preserve"> </w:t>
            </w:r>
            <w:proofErr w:type="spellStart"/>
            <w:r>
              <w:t>λε</w:t>
            </w:r>
            <w:proofErr w:type="spellEnd"/>
            <w:r>
              <w:t xml:space="preserve">πτότητα </w:t>
            </w:r>
          </w:p>
        </w:tc>
        <w:tc>
          <w:tcPr>
            <w:tcW w:w="4320" w:type="dxa"/>
          </w:tcPr>
          <w:p w14:paraId="0C7AAD5F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031D2CE5" w14:textId="77777777">
        <w:tc>
          <w:tcPr>
            <w:tcW w:w="4320" w:type="dxa"/>
          </w:tcPr>
          <w:p w14:paraId="644CA5E8" w14:textId="6CD6CC19" w:rsidR="00A94A6A" w:rsidRDefault="00043C73">
            <w:proofErr w:type="spellStart"/>
            <w:r>
              <w:t>τῶν</w:t>
            </w:r>
            <w:proofErr w:type="spellEnd"/>
            <w:r>
              <w:t xml:space="preserve"> </w:t>
            </w:r>
            <w:proofErr w:type="spellStart"/>
            <w:r>
              <w:t>σκελῶν</w:t>
            </w:r>
            <w:proofErr w:type="spellEnd"/>
          </w:p>
        </w:tc>
        <w:tc>
          <w:tcPr>
            <w:tcW w:w="4320" w:type="dxa"/>
          </w:tcPr>
          <w:p w14:paraId="6B85B27C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156DA0F6" w14:textId="77777777">
        <w:tc>
          <w:tcPr>
            <w:tcW w:w="4320" w:type="dxa"/>
          </w:tcPr>
          <w:p w14:paraId="11500BC2" w14:textId="77777777" w:rsidR="00A94A6A" w:rsidRDefault="00A94A6A"/>
        </w:tc>
        <w:tc>
          <w:tcPr>
            <w:tcW w:w="4320" w:type="dxa"/>
          </w:tcPr>
          <w:p w14:paraId="46DFDEA8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29C4AD40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14E6662A" w14:textId="77777777">
        <w:tc>
          <w:tcPr>
            <w:tcW w:w="4320" w:type="dxa"/>
          </w:tcPr>
          <w:p w14:paraId="79372658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53C703B7" w14:textId="59E9EB35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7F581620" w14:textId="77777777">
        <w:tc>
          <w:tcPr>
            <w:tcW w:w="4320" w:type="dxa"/>
          </w:tcPr>
          <w:p w14:paraId="65EA1533" w14:textId="77777777" w:rsidR="00A94A6A" w:rsidRDefault="00000000">
            <w:proofErr w:type="spellStart"/>
            <w:r>
              <w:t>Αἰφνιδίως</w:t>
            </w:r>
            <w:proofErr w:type="spellEnd"/>
          </w:p>
        </w:tc>
        <w:tc>
          <w:tcPr>
            <w:tcW w:w="4320" w:type="dxa"/>
          </w:tcPr>
          <w:p w14:paraId="603C2B5A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7152376C" w14:textId="77777777">
        <w:tc>
          <w:tcPr>
            <w:tcW w:w="4320" w:type="dxa"/>
          </w:tcPr>
          <w:p w14:paraId="7155C22F" w14:textId="070D645E" w:rsidR="00A94A6A" w:rsidRDefault="00000000">
            <w:proofErr w:type="spellStart"/>
            <w:r>
              <w:t>ὑλ</w:t>
            </w:r>
            <w:proofErr w:type="spellEnd"/>
            <w:r>
              <w:t xml:space="preserve">ακή </w:t>
            </w:r>
          </w:p>
        </w:tc>
        <w:tc>
          <w:tcPr>
            <w:tcW w:w="4320" w:type="dxa"/>
          </w:tcPr>
          <w:p w14:paraId="020768F5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00BB55A2" w14:textId="77777777">
        <w:tc>
          <w:tcPr>
            <w:tcW w:w="4320" w:type="dxa"/>
          </w:tcPr>
          <w:p w14:paraId="7A2521D2" w14:textId="2ECBC110" w:rsidR="00A94A6A" w:rsidRPr="00043C73" w:rsidRDefault="00043C73">
            <w:pPr>
              <w:rPr>
                <w:lang w:val="el-GR"/>
              </w:rPr>
            </w:pPr>
            <w:proofErr w:type="spellStart"/>
            <w:r>
              <w:t>κυνῶν</w:t>
            </w:r>
            <w:proofErr w:type="spellEnd"/>
          </w:p>
        </w:tc>
        <w:tc>
          <w:tcPr>
            <w:tcW w:w="4320" w:type="dxa"/>
          </w:tcPr>
          <w:p w14:paraId="7D8F624E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6A3453B2" w14:textId="77777777">
        <w:tc>
          <w:tcPr>
            <w:tcW w:w="4320" w:type="dxa"/>
          </w:tcPr>
          <w:p w14:paraId="2DD0CEBE" w14:textId="59BA4A4B" w:rsidR="00A94A6A" w:rsidRDefault="00043C73">
            <w:proofErr w:type="spellStart"/>
            <w:r>
              <w:t>ἀκούετ</w:t>
            </w:r>
            <w:proofErr w:type="spellEnd"/>
            <w:r>
              <w:t>αι</w:t>
            </w:r>
          </w:p>
        </w:tc>
        <w:tc>
          <w:tcPr>
            <w:tcW w:w="4320" w:type="dxa"/>
          </w:tcPr>
          <w:p w14:paraId="3E980CEA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747BBE5C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2F8CC49D" w14:textId="77777777">
        <w:tc>
          <w:tcPr>
            <w:tcW w:w="4320" w:type="dxa"/>
          </w:tcPr>
          <w:p w14:paraId="4A42C270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7E2A15A1" w14:textId="280E162D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094F57C0" w14:textId="77777777">
        <w:tc>
          <w:tcPr>
            <w:tcW w:w="4320" w:type="dxa"/>
          </w:tcPr>
          <w:p w14:paraId="465F9014" w14:textId="77777777" w:rsidR="00A94A6A" w:rsidRDefault="00000000">
            <w:proofErr w:type="spellStart"/>
            <w:r>
              <w:t>Ἔλ</w:t>
            </w:r>
            <w:proofErr w:type="spellEnd"/>
            <w:r>
              <w:t>αφος</w:t>
            </w:r>
          </w:p>
        </w:tc>
        <w:tc>
          <w:tcPr>
            <w:tcW w:w="4320" w:type="dxa"/>
          </w:tcPr>
          <w:p w14:paraId="5B272F53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2BDC8E5E" w14:textId="77777777">
        <w:tc>
          <w:tcPr>
            <w:tcW w:w="4320" w:type="dxa"/>
          </w:tcPr>
          <w:p w14:paraId="43E61700" w14:textId="77777777" w:rsidR="00A94A6A" w:rsidRDefault="00000000">
            <w:proofErr w:type="spellStart"/>
            <w:r>
              <w:t>ἦν</w:t>
            </w:r>
            <w:proofErr w:type="spellEnd"/>
          </w:p>
        </w:tc>
        <w:tc>
          <w:tcPr>
            <w:tcW w:w="4320" w:type="dxa"/>
          </w:tcPr>
          <w:p w14:paraId="6D0D21F4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7CF7C604" w14:textId="77777777">
        <w:tc>
          <w:tcPr>
            <w:tcW w:w="4320" w:type="dxa"/>
          </w:tcPr>
          <w:p w14:paraId="474E8863" w14:textId="5DE8A901" w:rsidR="00A94A6A" w:rsidRDefault="00000000">
            <w:proofErr w:type="spellStart"/>
            <w:r>
              <w:t>κριτὴς</w:t>
            </w:r>
            <w:proofErr w:type="spellEnd"/>
            <w:r>
              <w:t xml:space="preserve"> </w:t>
            </w:r>
          </w:p>
        </w:tc>
        <w:tc>
          <w:tcPr>
            <w:tcW w:w="4320" w:type="dxa"/>
          </w:tcPr>
          <w:p w14:paraId="2AD30872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6732293B" w14:textId="77777777">
        <w:tc>
          <w:tcPr>
            <w:tcW w:w="4320" w:type="dxa"/>
          </w:tcPr>
          <w:p w14:paraId="48748808" w14:textId="41A88246" w:rsidR="00A94A6A" w:rsidRDefault="00043C73">
            <w:proofErr w:type="spellStart"/>
            <w:r>
              <w:t>ἄδικος</w:t>
            </w:r>
            <w:proofErr w:type="spellEnd"/>
          </w:p>
        </w:tc>
        <w:tc>
          <w:tcPr>
            <w:tcW w:w="4320" w:type="dxa"/>
          </w:tcPr>
          <w:p w14:paraId="3993690F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0A64B2E6" w14:textId="77777777" w:rsidR="00A94A6A" w:rsidRDefault="00A94A6A"/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A94A6A" w14:paraId="2F1C886D" w14:textId="77777777">
        <w:tc>
          <w:tcPr>
            <w:tcW w:w="4320" w:type="dxa"/>
          </w:tcPr>
          <w:p w14:paraId="542FDBB3" w14:textId="77777777" w:rsidR="00A94A6A" w:rsidRDefault="00000000">
            <w:proofErr w:type="spellStart"/>
            <w:r>
              <w:t>Λέξεις</w:t>
            </w:r>
            <w:proofErr w:type="spellEnd"/>
            <w:r>
              <w:t xml:space="preserve"> </w:t>
            </w:r>
            <w:proofErr w:type="spellStart"/>
            <w:r>
              <w:t>της</w:t>
            </w:r>
            <w:proofErr w:type="spellEnd"/>
            <w:r>
              <w:t xml:space="preserve"> π</w:t>
            </w:r>
            <w:proofErr w:type="spellStart"/>
            <w:r>
              <w:t>ρότ</w:t>
            </w:r>
            <w:proofErr w:type="spellEnd"/>
            <w:r>
              <w:t>ασης</w:t>
            </w:r>
          </w:p>
        </w:tc>
        <w:tc>
          <w:tcPr>
            <w:tcW w:w="4320" w:type="dxa"/>
          </w:tcPr>
          <w:p w14:paraId="4B0C3A11" w14:textId="198329FB" w:rsidR="00A94A6A" w:rsidRDefault="00043C73">
            <w:r>
              <w:rPr>
                <w:lang w:val="el-GR"/>
              </w:rPr>
              <w:t xml:space="preserve">Συντακτικός </w:t>
            </w:r>
            <w:r>
              <w:t xml:space="preserve"> χαρα</w:t>
            </w:r>
            <w:proofErr w:type="spellStart"/>
            <w:r>
              <w:t>κτηρισμός</w:t>
            </w:r>
            <w:proofErr w:type="spellEnd"/>
          </w:p>
        </w:tc>
      </w:tr>
      <w:tr w:rsidR="00A94A6A" w14:paraId="6D135015" w14:textId="77777777">
        <w:tc>
          <w:tcPr>
            <w:tcW w:w="4320" w:type="dxa"/>
          </w:tcPr>
          <w:p w14:paraId="74AA86CD" w14:textId="77777777" w:rsidR="00A94A6A" w:rsidRDefault="00000000">
            <w:proofErr w:type="spellStart"/>
            <w:r>
              <w:t>Πόθος</w:t>
            </w:r>
            <w:proofErr w:type="spellEnd"/>
          </w:p>
        </w:tc>
        <w:tc>
          <w:tcPr>
            <w:tcW w:w="4320" w:type="dxa"/>
          </w:tcPr>
          <w:p w14:paraId="4D025212" w14:textId="77777777" w:rsidR="00A94A6A" w:rsidRDefault="00000000">
            <w:r>
              <w:t xml:space="preserve">1. </w:t>
            </w:r>
            <w:proofErr w:type="spellStart"/>
            <w:r>
              <w:t>ῥῆμ</w:t>
            </w:r>
            <w:proofErr w:type="spellEnd"/>
            <w:r>
              <w:t>α</w:t>
            </w:r>
          </w:p>
        </w:tc>
      </w:tr>
      <w:tr w:rsidR="00A94A6A" w14:paraId="3BF82234" w14:textId="77777777">
        <w:tc>
          <w:tcPr>
            <w:tcW w:w="4320" w:type="dxa"/>
          </w:tcPr>
          <w:p w14:paraId="18F423C7" w14:textId="77777777" w:rsidR="00A94A6A" w:rsidRDefault="00000000">
            <w:r>
              <w:t>λαμβ</w:t>
            </w:r>
            <w:proofErr w:type="spellStart"/>
            <w:r>
              <w:t>άνει</w:t>
            </w:r>
            <w:proofErr w:type="spellEnd"/>
          </w:p>
        </w:tc>
        <w:tc>
          <w:tcPr>
            <w:tcW w:w="4320" w:type="dxa"/>
          </w:tcPr>
          <w:p w14:paraId="690D3D5E" w14:textId="77777777" w:rsidR="00A94A6A" w:rsidRDefault="00000000">
            <w:r>
              <w:t>2. ὑπ</w:t>
            </w:r>
            <w:proofErr w:type="spellStart"/>
            <w:r>
              <w:t>οκείμενον</w:t>
            </w:r>
            <w:proofErr w:type="spellEnd"/>
          </w:p>
        </w:tc>
      </w:tr>
      <w:tr w:rsidR="00A94A6A" w14:paraId="5FBCE97B" w14:textId="77777777">
        <w:tc>
          <w:tcPr>
            <w:tcW w:w="4320" w:type="dxa"/>
          </w:tcPr>
          <w:p w14:paraId="394503AD" w14:textId="77777777" w:rsidR="00A94A6A" w:rsidRDefault="00000000">
            <w:r>
              <w:t>α</w:t>
            </w:r>
            <w:proofErr w:type="spellStart"/>
            <w:r>
              <w:t>ὐτὸν</w:t>
            </w:r>
            <w:proofErr w:type="spellEnd"/>
          </w:p>
        </w:tc>
        <w:tc>
          <w:tcPr>
            <w:tcW w:w="4320" w:type="dxa"/>
          </w:tcPr>
          <w:p w14:paraId="27AAD512" w14:textId="77777777" w:rsidR="00A94A6A" w:rsidRDefault="00000000">
            <w:r>
              <w:t xml:space="preserve">3. </w:t>
            </w:r>
            <w:proofErr w:type="spellStart"/>
            <w:r>
              <w:t>ἀντικείμενον</w:t>
            </w:r>
            <w:proofErr w:type="spellEnd"/>
          </w:p>
        </w:tc>
      </w:tr>
      <w:tr w:rsidR="00A94A6A" w14:paraId="55C45C06" w14:textId="77777777">
        <w:tc>
          <w:tcPr>
            <w:tcW w:w="4320" w:type="dxa"/>
          </w:tcPr>
          <w:p w14:paraId="6D55FAA2" w14:textId="77777777" w:rsidR="00A94A6A" w:rsidRDefault="00A94A6A"/>
        </w:tc>
        <w:tc>
          <w:tcPr>
            <w:tcW w:w="4320" w:type="dxa"/>
          </w:tcPr>
          <w:p w14:paraId="167D08B9" w14:textId="77777777" w:rsidR="00A94A6A" w:rsidRDefault="00000000">
            <w:r>
              <w:t>4. π</w:t>
            </w:r>
            <w:proofErr w:type="spellStart"/>
            <w:r>
              <w:t>ροσδιορισμός</w:t>
            </w:r>
            <w:proofErr w:type="spellEnd"/>
          </w:p>
        </w:tc>
      </w:tr>
    </w:tbl>
    <w:p w14:paraId="690B4292" w14:textId="77777777" w:rsidR="00A94A6A" w:rsidRDefault="00A94A6A"/>
    <w:sectPr w:rsidR="00A94A6A" w:rsidSect="00043C73">
      <w:pgSz w:w="12240" w:h="15840"/>
      <w:pgMar w:top="284" w:right="1800" w:bottom="568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58352737">
    <w:abstractNumId w:val="8"/>
  </w:num>
  <w:num w:numId="2" w16cid:durableId="1118334604">
    <w:abstractNumId w:val="6"/>
  </w:num>
  <w:num w:numId="3" w16cid:durableId="2078551917">
    <w:abstractNumId w:val="5"/>
  </w:num>
  <w:num w:numId="4" w16cid:durableId="1238131689">
    <w:abstractNumId w:val="4"/>
  </w:num>
  <w:num w:numId="5" w16cid:durableId="411898978">
    <w:abstractNumId w:val="7"/>
  </w:num>
  <w:num w:numId="6" w16cid:durableId="1592199116">
    <w:abstractNumId w:val="3"/>
  </w:num>
  <w:num w:numId="7" w16cid:durableId="1341619545">
    <w:abstractNumId w:val="2"/>
  </w:num>
  <w:num w:numId="8" w16cid:durableId="69621869">
    <w:abstractNumId w:val="1"/>
  </w:num>
  <w:num w:numId="9" w16cid:durableId="922954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43C73"/>
    <w:rsid w:val="0006063C"/>
    <w:rsid w:val="0015074B"/>
    <w:rsid w:val="001A7197"/>
    <w:rsid w:val="001C53B7"/>
    <w:rsid w:val="0029639D"/>
    <w:rsid w:val="00326F90"/>
    <w:rsid w:val="007A6644"/>
    <w:rsid w:val="00A94A6A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A24CE2"/>
  <w14:defaultImageDpi w14:val="300"/>
  <w15:docId w15:val="{D774D12F-BE80-4E1E-974A-20F36D2D3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2"/>
    <w:link w:val="a5"/>
    <w:uiPriority w:val="99"/>
    <w:rsid w:val="00E618BF"/>
  </w:style>
  <w:style w:type="paragraph" w:styleId="a6">
    <w:name w:val="footer"/>
    <w:basedOn w:val="a1"/>
    <w:link w:val="Char0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2"/>
    <w:link w:val="a6"/>
    <w:uiPriority w:val="99"/>
    <w:rsid w:val="00E618BF"/>
  </w:style>
  <w:style w:type="paragraph" w:styleId="a7">
    <w:name w:val="No Spacing"/>
    <w:uiPriority w:val="1"/>
    <w:qFormat/>
    <w:rsid w:val="00FC693F"/>
    <w:pPr>
      <w:spacing w:after="0" w:line="240" w:lineRule="auto"/>
    </w:pPr>
  </w:style>
  <w:style w:type="character" w:customStyle="1" w:styleId="1Char">
    <w:name w:val="Επικεφαλίδα 1 Char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Επικεφαλίδα 3 Char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Title"/>
    <w:basedOn w:val="a1"/>
    <w:next w:val="a1"/>
    <w:link w:val="Char1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1">
    <w:name w:val="Τίτλος Char"/>
    <w:basedOn w:val="a2"/>
    <w:link w:val="a8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1"/>
    <w:next w:val="a1"/>
    <w:link w:val="Char2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2">
    <w:name w:val="Υπότιτλος Char"/>
    <w:basedOn w:val="a2"/>
    <w:link w:val="a9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a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b">
    <w:name w:val="Body Text"/>
    <w:basedOn w:val="a1"/>
    <w:link w:val="Char3"/>
    <w:uiPriority w:val="99"/>
    <w:unhideWhenUsed/>
    <w:rsid w:val="00AA1D8D"/>
    <w:pPr>
      <w:spacing w:after="120"/>
    </w:pPr>
  </w:style>
  <w:style w:type="character" w:customStyle="1" w:styleId="Char3">
    <w:name w:val="Σώμα κειμένου Char"/>
    <w:basedOn w:val="a2"/>
    <w:link w:val="ab"/>
    <w:uiPriority w:val="99"/>
    <w:rsid w:val="00AA1D8D"/>
  </w:style>
  <w:style w:type="paragraph" w:styleId="22">
    <w:name w:val="Body Text 2"/>
    <w:basedOn w:val="a1"/>
    <w:link w:val="2Char0"/>
    <w:uiPriority w:val="99"/>
    <w:unhideWhenUsed/>
    <w:rsid w:val="00AA1D8D"/>
    <w:pPr>
      <w:spacing w:after="120" w:line="480" w:lineRule="auto"/>
    </w:pPr>
  </w:style>
  <w:style w:type="character" w:customStyle="1" w:styleId="2Char0">
    <w:name w:val="Σώμα κείμενου 2 Char"/>
    <w:basedOn w:val="a2"/>
    <w:link w:val="22"/>
    <w:uiPriority w:val="99"/>
    <w:rsid w:val="00AA1D8D"/>
  </w:style>
  <w:style w:type="paragraph" w:styleId="32">
    <w:name w:val="Body Text 3"/>
    <w:basedOn w:val="a1"/>
    <w:link w:val="3Char0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2"/>
    <w:link w:val="32"/>
    <w:uiPriority w:val="99"/>
    <w:rsid w:val="00AA1D8D"/>
    <w:rPr>
      <w:sz w:val="16"/>
      <w:szCs w:val="16"/>
    </w:rPr>
  </w:style>
  <w:style w:type="paragraph" w:styleId="ac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3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3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d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4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4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e">
    <w:name w:val="macro"/>
    <w:link w:val="Char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Char4">
    <w:name w:val="Κείμενο μακροεντολής Char"/>
    <w:basedOn w:val="a2"/>
    <w:link w:val="ae"/>
    <w:uiPriority w:val="99"/>
    <w:rsid w:val="0029639D"/>
    <w:rPr>
      <w:rFonts w:ascii="Courier" w:hAnsi="Courier"/>
      <w:sz w:val="20"/>
      <w:szCs w:val="20"/>
    </w:rPr>
  </w:style>
  <w:style w:type="paragraph" w:styleId="af">
    <w:name w:val="Quote"/>
    <w:basedOn w:val="a1"/>
    <w:next w:val="a1"/>
    <w:link w:val="Char5"/>
    <w:uiPriority w:val="29"/>
    <w:qFormat/>
    <w:rsid w:val="00FC693F"/>
    <w:rPr>
      <w:i/>
      <w:iCs/>
      <w:color w:val="000000" w:themeColor="text1"/>
    </w:rPr>
  </w:style>
  <w:style w:type="character" w:customStyle="1" w:styleId="Char5">
    <w:name w:val="Απόσπασμα Char"/>
    <w:basedOn w:val="a2"/>
    <w:link w:val="af"/>
    <w:uiPriority w:val="29"/>
    <w:rsid w:val="00FC693F"/>
    <w:rPr>
      <w:i/>
      <w:iCs/>
      <w:color w:val="000000" w:themeColor="text1"/>
    </w:rPr>
  </w:style>
  <w:style w:type="character" w:customStyle="1" w:styleId="4Char">
    <w:name w:val="Επικεφαλίδα 4 Char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Επικεφαλίδα 5 Char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Επικεφαλίδα 6 Char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Επικεφαλίδα 7 Char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Επικεφαλίδα 8 Char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Επικεφαλίδα 9 Char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0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1">
    <w:name w:val="Strong"/>
    <w:basedOn w:val="a2"/>
    <w:uiPriority w:val="22"/>
    <w:qFormat/>
    <w:rsid w:val="00FC693F"/>
    <w:rPr>
      <w:b/>
      <w:bCs/>
    </w:rPr>
  </w:style>
  <w:style w:type="character" w:styleId="af2">
    <w:name w:val="Emphasis"/>
    <w:basedOn w:val="a2"/>
    <w:uiPriority w:val="20"/>
    <w:qFormat/>
    <w:rsid w:val="00FC693F"/>
    <w:rPr>
      <w:i/>
      <w:iCs/>
    </w:rPr>
  </w:style>
  <w:style w:type="paragraph" w:styleId="af3">
    <w:name w:val="Intense Quote"/>
    <w:basedOn w:val="a1"/>
    <w:next w:val="a1"/>
    <w:link w:val="Char6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6">
    <w:name w:val="Έντονο απόσπ. Char"/>
    <w:basedOn w:val="a2"/>
    <w:link w:val="af3"/>
    <w:uiPriority w:val="30"/>
    <w:rsid w:val="00FC693F"/>
    <w:rPr>
      <w:b/>
      <w:bCs/>
      <w:i/>
      <w:iCs/>
      <w:color w:val="4F81BD" w:themeColor="accent1"/>
    </w:rPr>
  </w:style>
  <w:style w:type="character" w:styleId="af4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5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6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7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8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9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a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b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c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d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0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1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6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2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7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5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e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0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1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2406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IOANNIS LAZARATOS</cp:lastModifiedBy>
  <cp:revision>3</cp:revision>
  <dcterms:created xsi:type="dcterms:W3CDTF">2013-12-23T23:15:00Z</dcterms:created>
  <dcterms:modified xsi:type="dcterms:W3CDTF">2025-02-15T10:46:00Z</dcterms:modified>
  <cp:category/>
</cp:coreProperties>
</file>